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ארכיוניים העוסקים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תמונה ומסמך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מרכזיים בתולדות בגין לבין תיעוד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ארכיון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נשיא מצרים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קורות חיים ונאומים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26.3.1979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הקישורים נפתחים בלשונית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הנאומים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בתיאור המרכז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המקורות נמצאים באתרי הארכיונים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המקור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(תמונות ותוכניות חינוכיות)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(פרוטוקולים ומכתבים מקוריים)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(ביקור סאדאת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(קורות חיים ונאומים)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(מידע באנגלית מהטקס)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נשיא מצרים סאדאת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זוכה בפרס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 חתימת חוזה השלום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מטלת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חזותי של התמונה, הקשר זמן (שנה או אירוע), והסבר קצר על המשמעות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ארכיון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נחתם חוזה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בכיתה תמונה אחת מהארכיונים ולבקש מהתלמידים לנתח אותה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שהקישורים נפתחים בלשונית חדשה ולהנחות איך לחזור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לקבוצות, כל קבוצה בודקת מקור אחר ומציגה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תמונות ומסמכים ישנים על מנחם בגין. בדף הזה נלמד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מסמכים ותמונות ישנות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פרוטוקול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מדויק של מה שנאמר בישיבה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הנצחה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של אדם או אירוע 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חגיגי ורשמי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שצולמה במצלמה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שאדם אומר בפני קהל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מכתבים מקוריים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ארכיון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אתר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נובל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 מורשת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ביקר בישראל ומתועד בתערוכה?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מצרים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ממשלת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ביקר סאדאת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פרס קיבל בגין ויש עליו 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אוסקר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באתר הכנסת על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קורות חיים ונאומים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1.1.1978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15.5.1980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10.10.1977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הקישורים בדף נפתחים באותה לשונית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פרס נובל לשלום כתוב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חתימת חוזה השלום נאמר המשפט לא עוד מלחמה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מורשת מנחם בגין מציע גם תוכניות למוסדות 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התמונות והסרטונים המקוריים נמצאים ישירות בדף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המקוונת מציגה תמונות ומסמכים מביקור סאדאת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באתר ה__________ אפשר למצוא קורות חיים ונאומים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חתימת __________ השלום נשאו הנואמים דברים חשובים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מרכז __________ מנחם בגין מרכז תמונות ומסמכים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1978 זכה בגין בפרס __________ לשלום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המקור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מרכז מורשת מנחם בגין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קורות חיים ונאומים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ארכיון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באנגלית מהטקס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תערוכה מקוונת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פרוטוקולים ומכתבים מקוריים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אתר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ביקור סאדאת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דף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תמונות ותוכניות חינוכיות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חתימת חוזה השלום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 נשיא מצרים סאדאת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זוכה בפרס נובל לשלום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מטלת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תמונה אחת מהארכיונים שהוזכרו ותארו: מה רואים בה, מתי היא צולמה, ומה היא מספרת על התקופה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מקור ארכיוני אחד שבו אפשר למצוא מכתבים מקוריים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ביקר סאדאת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בטקס ה-26.3.1979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מהארכיונים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